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A9C9F" w14:textId="77777777" w:rsidR="003758C5" w:rsidRDefault="00000000">
      <w:pPr>
        <w:spacing w:after="20" w:line="240" w:lineRule="auto"/>
        <w:jc w:val="center"/>
      </w:pPr>
      <w:r>
        <w:rPr>
          <w:rFonts w:cs="Times New Roman"/>
          <w:b/>
          <w:sz w:val="22"/>
        </w:rPr>
        <w:t>ALLEGATO A</w:t>
      </w:r>
    </w:p>
    <w:p w14:paraId="604760CB" w14:textId="77777777" w:rsidR="003758C5" w:rsidRDefault="00000000">
      <w:pPr>
        <w:spacing w:after="20" w:line="240" w:lineRule="auto"/>
        <w:jc w:val="center"/>
      </w:pPr>
      <w:r>
        <w:rPr>
          <w:rFonts w:cs="Times New Roman"/>
          <w:b/>
          <w:sz w:val="28"/>
        </w:rPr>
        <w:t>MODELLO DI DOMANDA / MANIFESTAZIONE DI INTERESSE</w:t>
      </w:r>
    </w:p>
    <w:p w14:paraId="2D592E34" w14:textId="77777777" w:rsidR="003758C5" w:rsidRDefault="00000000">
      <w:pPr>
        <w:spacing w:after="160"/>
        <w:jc w:val="center"/>
      </w:pPr>
      <w:r>
        <w:rPr>
          <w:rFonts w:cs="Times New Roman"/>
          <w:b/>
          <w:sz w:val="23"/>
        </w:rPr>
        <w:t>per l’incarico di Responsabile antiriciclaggio dell’Organismo di mediazione forense</w:t>
      </w:r>
    </w:p>
    <w:p w14:paraId="514E4E4A" w14:textId="77777777" w:rsidR="003758C5" w:rsidRDefault="00000000">
      <w:pPr>
        <w:jc w:val="right"/>
      </w:pPr>
      <w:r>
        <w:rPr>
          <w:rFonts w:cs="Times New Roman"/>
        </w:rPr>
        <w:t>Al Consiglio dell’Ordine Distrettuale</w:t>
      </w:r>
    </w:p>
    <w:p w14:paraId="441E5F13" w14:textId="77777777" w:rsidR="003758C5" w:rsidRDefault="00000000">
      <w:pPr>
        <w:jc w:val="right"/>
      </w:pPr>
      <w:r>
        <w:rPr>
          <w:rFonts w:cs="Times New Roman"/>
        </w:rPr>
        <w:t>degli Avvocati di Catanzaro</w:t>
      </w:r>
    </w:p>
    <w:p w14:paraId="5C322ED9" w14:textId="77777777" w:rsidR="003758C5" w:rsidRDefault="00000000">
      <w:pPr>
        <w:spacing w:after="140"/>
        <w:jc w:val="right"/>
      </w:pPr>
      <w:r>
        <w:rPr>
          <w:rFonts w:cs="Times New Roman"/>
        </w:rPr>
        <w:t>PEC: info@avvocaticatanzaro.legalmail.it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3758C5" w14:paraId="7861F71C" w14:textId="77777777">
        <w:trPr>
          <w:cantSplit/>
          <w:jc w:val="center"/>
        </w:trPr>
        <w:tc>
          <w:tcPr>
            <w:tcW w:w="963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C3C1799" w14:textId="77777777" w:rsidR="003758C5" w:rsidRDefault="00000000">
            <w:r>
              <w:rPr>
                <w:rFonts w:cs="Times New Roman"/>
                <w:b/>
              </w:rPr>
              <w:t xml:space="preserve">OGGETTO: </w:t>
            </w:r>
            <w:r>
              <w:rPr>
                <w:rFonts w:cs="Times New Roman"/>
              </w:rPr>
              <w:t>Manifestazione di interesse – Responsabile antiriciclaggio ODM</w:t>
            </w:r>
          </w:p>
        </w:tc>
      </w:tr>
    </w:tbl>
    <w:p w14:paraId="6151E5A8" w14:textId="77777777" w:rsidR="003758C5" w:rsidRDefault="00000000">
      <w:pPr>
        <w:keepNext/>
        <w:pBdr>
          <w:bottom w:val="single" w:sz="8" w:space="2" w:color="7F7F7F"/>
        </w:pBdr>
        <w:spacing w:before="160" w:after="80" w:line="240" w:lineRule="auto"/>
      </w:pPr>
      <w:r>
        <w:rPr>
          <w:rFonts w:cs="Times New Roman"/>
          <w:b/>
          <w:sz w:val="23"/>
        </w:rPr>
        <w:t>1. Dati del/della candidato/a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061"/>
        <w:gridCol w:w="1530"/>
        <w:gridCol w:w="3061"/>
      </w:tblGrid>
      <w:tr w:rsidR="003758C5" w14:paraId="36A24B84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E43ADF" w14:textId="77777777" w:rsidR="003758C5" w:rsidRDefault="00000000">
            <w:r>
              <w:rPr>
                <w:rFonts w:cs="Times New Roman"/>
                <w:b/>
              </w:rPr>
              <w:t>Cognome</w:t>
            </w:r>
          </w:p>
        </w:tc>
        <w:tc>
          <w:tcPr>
            <w:tcW w:w="306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B33282" w14:textId="77777777" w:rsidR="003758C5" w:rsidRDefault="00000000">
            <w:r>
              <w:rPr>
                <w:rFonts w:cs="Times New Roman"/>
              </w:rPr>
              <w:t>[COMPILARE]</w:t>
            </w: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A59998" w14:textId="77777777" w:rsidR="003758C5" w:rsidRDefault="00000000">
            <w:r>
              <w:rPr>
                <w:rFonts w:cs="Times New Roman"/>
                <w:b/>
              </w:rPr>
              <w:t>Nome</w:t>
            </w:r>
          </w:p>
        </w:tc>
        <w:tc>
          <w:tcPr>
            <w:tcW w:w="306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021311" w14:textId="77777777" w:rsidR="003758C5" w:rsidRDefault="00000000">
            <w:r>
              <w:rPr>
                <w:rFonts w:cs="Times New Roman"/>
              </w:rPr>
              <w:t>[COMPILARE]</w:t>
            </w:r>
          </w:p>
        </w:tc>
      </w:tr>
      <w:tr w:rsidR="003758C5" w14:paraId="56E6F794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37E6B7" w14:textId="77777777" w:rsidR="003758C5" w:rsidRDefault="00000000">
            <w:r>
              <w:rPr>
                <w:rFonts w:cs="Times New Roman"/>
                <w:b/>
              </w:rPr>
              <w:t>Luogo di nascita</w:t>
            </w:r>
          </w:p>
        </w:tc>
        <w:tc>
          <w:tcPr>
            <w:tcW w:w="306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9AB333" w14:textId="77777777" w:rsidR="003758C5" w:rsidRDefault="00000000">
            <w:r>
              <w:rPr>
                <w:rFonts w:cs="Times New Roman"/>
              </w:rPr>
              <w:t>[COMPILARE]</w:t>
            </w: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D998A0" w14:textId="77777777" w:rsidR="003758C5" w:rsidRDefault="00000000">
            <w:r>
              <w:rPr>
                <w:rFonts w:cs="Times New Roman"/>
                <w:b/>
              </w:rPr>
              <w:t>Data di nascita</w:t>
            </w:r>
          </w:p>
        </w:tc>
        <w:tc>
          <w:tcPr>
            <w:tcW w:w="306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C0F796" w14:textId="77777777" w:rsidR="003758C5" w:rsidRDefault="00000000">
            <w:r>
              <w:rPr>
                <w:rFonts w:cs="Times New Roman"/>
              </w:rPr>
              <w:t>[GG/MM/AAAA]</w:t>
            </w:r>
          </w:p>
        </w:tc>
      </w:tr>
      <w:tr w:rsidR="003758C5" w14:paraId="5AACB95A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B4CA8B" w14:textId="77777777" w:rsidR="003758C5" w:rsidRDefault="00000000">
            <w:r>
              <w:rPr>
                <w:rFonts w:cs="Times New Roman"/>
                <w:b/>
              </w:rPr>
              <w:t>Codice fiscale</w:t>
            </w:r>
          </w:p>
        </w:tc>
        <w:tc>
          <w:tcPr>
            <w:tcW w:w="306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CB3846" w14:textId="77777777" w:rsidR="003758C5" w:rsidRDefault="00000000">
            <w:r>
              <w:rPr>
                <w:rFonts w:cs="Times New Roman"/>
              </w:rPr>
              <w:t>[COMPILARE]</w:t>
            </w: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3A9FFC" w14:textId="77777777" w:rsidR="003758C5" w:rsidRDefault="00000000">
            <w:r>
              <w:rPr>
                <w:rFonts w:cs="Times New Roman"/>
                <w:b/>
              </w:rPr>
              <w:t>Telefono</w:t>
            </w:r>
          </w:p>
        </w:tc>
        <w:tc>
          <w:tcPr>
            <w:tcW w:w="306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18561E" w14:textId="77777777" w:rsidR="003758C5" w:rsidRDefault="00000000">
            <w:r>
              <w:rPr>
                <w:rFonts w:cs="Times New Roman"/>
              </w:rPr>
              <w:t>[COMPILARE]</w:t>
            </w:r>
          </w:p>
        </w:tc>
      </w:tr>
      <w:tr w:rsidR="003758C5" w14:paraId="7ECF92F7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4FA696" w14:textId="77777777" w:rsidR="003758C5" w:rsidRDefault="00000000">
            <w:r>
              <w:rPr>
                <w:rFonts w:cs="Times New Roman"/>
                <w:b/>
              </w:rPr>
              <w:t>Residenza</w:t>
            </w:r>
          </w:p>
        </w:tc>
        <w:tc>
          <w:tcPr>
            <w:tcW w:w="765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B689C2" w14:textId="77777777" w:rsidR="003758C5" w:rsidRDefault="00000000">
            <w:r>
              <w:rPr>
                <w:rFonts w:cs="Times New Roman"/>
              </w:rPr>
              <w:t>[COMUNE, PROVINCIA, INDIRIZZO, CAP]</w:t>
            </w:r>
          </w:p>
        </w:tc>
      </w:tr>
      <w:tr w:rsidR="003758C5" w14:paraId="47B379FA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461679" w14:textId="77777777" w:rsidR="003758C5" w:rsidRDefault="00000000">
            <w:r>
              <w:rPr>
                <w:rFonts w:cs="Times New Roman"/>
                <w:b/>
              </w:rPr>
              <w:t>E-mail</w:t>
            </w:r>
          </w:p>
        </w:tc>
        <w:tc>
          <w:tcPr>
            <w:tcW w:w="306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D90CD4" w14:textId="77777777" w:rsidR="003758C5" w:rsidRDefault="00000000">
            <w:r>
              <w:rPr>
                <w:rFonts w:cs="Times New Roman"/>
              </w:rPr>
              <w:t>[COMPILARE]</w:t>
            </w: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CDF802" w14:textId="77777777" w:rsidR="003758C5" w:rsidRDefault="00000000">
            <w:r>
              <w:rPr>
                <w:rFonts w:cs="Times New Roman"/>
                <w:b/>
              </w:rPr>
              <w:t>PEC</w:t>
            </w:r>
          </w:p>
        </w:tc>
        <w:tc>
          <w:tcPr>
            <w:tcW w:w="306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B03A26" w14:textId="77777777" w:rsidR="003758C5" w:rsidRDefault="00000000">
            <w:r>
              <w:rPr>
                <w:rFonts w:cs="Times New Roman"/>
              </w:rPr>
              <w:t>[COMPILARE]</w:t>
            </w:r>
          </w:p>
        </w:tc>
      </w:tr>
    </w:tbl>
    <w:p w14:paraId="4B5B522C" w14:textId="77777777" w:rsidR="003758C5" w:rsidRDefault="00000000">
      <w:pPr>
        <w:keepNext/>
        <w:pBdr>
          <w:bottom w:val="single" w:sz="8" w:space="2" w:color="7F7F7F"/>
        </w:pBdr>
        <w:spacing w:before="160" w:after="80" w:line="240" w:lineRule="auto"/>
      </w:pPr>
      <w:r>
        <w:rPr>
          <w:rFonts w:cs="Times New Roman"/>
          <w:b/>
          <w:sz w:val="23"/>
        </w:rPr>
        <w:t>2. Dati professionali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350"/>
      </w:tblGrid>
      <w:tr w:rsidR="003758C5" w14:paraId="1A74F1C4" w14:textId="77777777">
        <w:trPr>
          <w:cantSplit/>
          <w:jc w:val="center"/>
        </w:trPr>
        <w:tc>
          <w:tcPr>
            <w:tcW w:w="300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6C4079" w14:textId="77777777" w:rsidR="003758C5" w:rsidRDefault="00000000">
            <w:r>
              <w:rPr>
                <w:rFonts w:cs="Times New Roman"/>
                <w:b/>
              </w:rPr>
              <w:t>Albo professionale di iscrizione</w:t>
            </w:r>
          </w:p>
        </w:tc>
        <w:tc>
          <w:tcPr>
            <w:tcW w:w="63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F2174F" w14:textId="77777777" w:rsidR="003758C5" w:rsidRDefault="00000000">
            <w:r>
              <w:rPr>
                <w:rFonts w:cs="Times New Roman"/>
              </w:rPr>
              <w:t>[INDICARE ALBO E ORDINE/COLLEGIO]</w:t>
            </w:r>
          </w:p>
        </w:tc>
      </w:tr>
      <w:tr w:rsidR="003758C5" w14:paraId="57AC7F8B" w14:textId="77777777">
        <w:trPr>
          <w:cantSplit/>
          <w:jc w:val="center"/>
        </w:trPr>
        <w:tc>
          <w:tcPr>
            <w:tcW w:w="300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6BAB4C" w14:textId="77777777" w:rsidR="003758C5" w:rsidRDefault="00000000">
            <w:r>
              <w:rPr>
                <w:rFonts w:cs="Times New Roman"/>
                <w:b/>
              </w:rPr>
              <w:t>Numero e data di iscrizione</w:t>
            </w:r>
          </w:p>
        </w:tc>
        <w:tc>
          <w:tcPr>
            <w:tcW w:w="63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9733D7" w14:textId="77777777" w:rsidR="003758C5" w:rsidRDefault="00000000">
            <w:r>
              <w:rPr>
                <w:rFonts w:cs="Times New Roman"/>
              </w:rPr>
              <w:t>[NUMERO] – [DATA]</w:t>
            </w:r>
          </w:p>
        </w:tc>
      </w:tr>
      <w:tr w:rsidR="003758C5" w14:paraId="6D711396" w14:textId="77777777">
        <w:trPr>
          <w:cantSplit/>
          <w:jc w:val="center"/>
        </w:trPr>
        <w:tc>
          <w:tcPr>
            <w:tcW w:w="300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A5D96E" w14:textId="77777777" w:rsidR="003758C5" w:rsidRDefault="00000000">
            <w:r>
              <w:rPr>
                <w:rFonts w:cs="Times New Roman"/>
                <w:b/>
              </w:rPr>
              <w:t>Anzianità professionale</w:t>
            </w:r>
          </w:p>
        </w:tc>
        <w:tc>
          <w:tcPr>
            <w:tcW w:w="63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9313F2" w14:textId="77777777" w:rsidR="003758C5" w:rsidRDefault="00000000">
            <w:r>
              <w:rPr>
                <w:rFonts w:cs="Times New Roman"/>
              </w:rPr>
              <w:t>[INDICARE GLI ANNI DI ANZIANITÀ]</w:t>
            </w:r>
          </w:p>
        </w:tc>
      </w:tr>
      <w:tr w:rsidR="003758C5" w14:paraId="49322384" w14:textId="77777777">
        <w:trPr>
          <w:cantSplit/>
          <w:jc w:val="center"/>
        </w:trPr>
        <w:tc>
          <w:tcPr>
            <w:tcW w:w="300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609582E" w14:textId="77777777" w:rsidR="003758C5" w:rsidRDefault="00000000">
            <w:r>
              <w:rPr>
                <w:rFonts w:cs="Times New Roman"/>
                <w:b/>
              </w:rPr>
              <w:t>Attività professionale attualmente svolta</w:t>
            </w:r>
          </w:p>
        </w:tc>
        <w:tc>
          <w:tcPr>
            <w:tcW w:w="63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88ABC2" w14:textId="77777777" w:rsidR="003758C5" w:rsidRDefault="00000000">
            <w:r>
              <w:rPr>
                <w:rFonts w:cs="Times New Roman"/>
              </w:rPr>
              <w:t>[DESCRIVERE SINTETICAMENTE]</w:t>
            </w:r>
          </w:p>
        </w:tc>
      </w:tr>
    </w:tbl>
    <w:p w14:paraId="23896A54" w14:textId="77777777" w:rsidR="003758C5" w:rsidRDefault="00000000">
      <w:pPr>
        <w:keepNext/>
        <w:pBdr>
          <w:bottom w:val="single" w:sz="8" w:space="2" w:color="7F7F7F"/>
        </w:pBdr>
        <w:spacing w:before="160" w:after="80" w:line="240" w:lineRule="auto"/>
      </w:pPr>
      <w:r>
        <w:rPr>
          <w:rFonts w:cs="Times New Roman"/>
          <w:b/>
          <w:sz w:val="23"/>
        </w:rPr>
        <w:t>3. Manifestazione di interesse</w:t>
      </w:r>
    </w:p>
    <w:p w14:paraId="69C0D727" w14:textId="77777777" w:rsidR="003758C5" w:rsidRDefault="00000000">
      <w:pPr>
        <w:spacing w:after="80" w:line="264" w:lineRule="auto"/>
      </w:pPr>
      <w:r>
        <w:rPr>
          <w:rFonts w:cs="Times New Roman"/>
        </w:rPr>
        <w:t xml:space="preserve">Il/La sottoscritto/a, come sopra generalizzato/a, </w:t>
      </w:r>
      <w:r>
        <w:rPr>
          <w:rFonts w:cs="Times New Roman"/>
          <w:b/>
        </w:rPr>
        <w:t>MANIFESTA</w:t>
      </w:r>
      <w:r>
        <w:rPr>
          <w:rFonts w:cs="Times New Roman"/>
        </w:rPr>
        <w:t xml:space="preserve"> il proprio interesse a essere valutato/a ai fini dell’eventuale conferimento dell’incarico di Responsabile antiriciclaggio dell’Organismo di mediazione forense.</w:t>
      </w:r>
    </w:p>
    <w:p w14:paraId="260AEDAD" w14:textId="77777777" w:rsidR="003758C5" w:rsidRDefault="00000000">
      <w:pPr>
        <w:spacing w:after="80" w:line="264" w:lineRule="auto"/>
      </w:pPr>
      <w:r>
        <w:rPr>
          <w:rFonts w:cs="Times New Roman"/>
        </w:rPr>
        <w:t>A tal fine, consapevole delle responsabilità previste in caso di dichiarazioni non veritiere e agendo sotto la propria responsabilità,</w:t>
      </w:r>
    </w:p>
    <w:p w14:paraId="0C4CDF04" w14:textId="77777777" w:rsidR="003758C5" w:rsidRDefault="00000000">
      <w:pPr>
        <w:spacing w:after="100"/>
        <w:jc w:val="center"/>
      </w:pPr>
      <w:r>
        <w:rPr>
          <w:rFonts w:cs="Times New Roman"/>
          <w:b/>
          <w:sz w:val="23"/>
        </w:rPr>
        <w:t>DICHIARA</w:t>
      </w:r>
    </w:p>
    <w:p w14:paraId="7C1455C5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t xml:space="preserve">1) </w:t>
      </w:r>
      <w:r>
        <w:rPr>
          <w:rFonts w:cs="Times New Roman"/>
        </w:rPr>
        <w:t>di godere dei diritti civili e di non trovarsi in condizioni di incapacità o incompatibilità con l’incarico;</w:t>
      </w:r>
    </w:p>
    <w:p w14:paraId="332B650C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t xml:space="preserve">2) </w:t>
      </w:r>
      <w:r>
        <w:rPr>
          <w:rFonts w:cs="Times New Roman"/>
        </w:rPr>
        <w:t>l’assenza di condanne penali, misure interdittive o procedimenti che, in relazione alla natura dell’incarico, possano incidere sull’affidabilità e sull’onorabilità professionale, fatti salvi gli obblighi dichiarativi previsti dalla legge;</w:t>
      </w:r>
    </w:p>
    <w:p w14:paraId="22D04837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t xml:space="preserve">3) </w:t>
      </w:r>
      <w:r>
        <w:rPr>
          <w:rFonts w:cs="Times New Roman"/>
        </w:rPr>
        <w:t>di possedere comprovata competenza o esperienza in materia di antiriciclaggio, compliance, controlli interni, organizzazione professionale o attività affini, come documentato nel curriculum vitae allegato;</w:t>
      </w:r>
    </w:p>
    <w:p w14:paraId="2B6F2B11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t xml:space="preserve">4) </w:t>
      </w:r>
      <w:r>
        <w:rPr>
          <w:rFonts w:cs="Times New Roman"/>
        </w:rPr>
        <w:t>di possedere indipendenza e autonomia di giudizio e di non trovarsi in situazioni di conflitto di interessi, anche potenziale, rispetto al Consiglio dell’Ordine e all’Organismo di mediazione;</w:t>
      </w:r>
    </w:p>
    <w:p w14:paraId="62D3F0C8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t xml:space="preserve">5) </w:t>
      </w:r>
      <w:r>
        <w:rPr>
          <w:rFonts w:cs="Times New Roman"/>
        </w:rPr>
        <w:t>di essere iscritto/a all’albo professionale sopra indicato e di possedere l’anzianità professionale dichiarata;</w:t>
      </w:r>
    </w:p>
    <w:p w14:paraId="77C91F0A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t xml:space="preserve">6) </w:t>
      </w:r>
      <w:r>
        <w:rPr>
          <w:rFonts w:cs="Times New Roman"/>
        </w:rPr>
        <w:t>di possedere i titoli specialistici e la formazione specifica in materia di antiriciclaggio indicati nella sezione seguente e nel curriculum vitae;</w:t>
      </w:r>
    </w:p>
    <w:p w14:paraId="79B8C288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t xml:space="preserve">7) </w:t>
      </w:r>
      <w:r>
        <w:rPr>
          <w:rFonts w:cs="Times New Roman"/>
        </w:rPr>
        <w:t>che le informazioni contenute nella presente domanda e nel curriculum vitae allegato sono veritiere e aggiornate;</w:t>
      </w:r>
    </w:p>
    <w:p w14:paraId="400BDE02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t xml:space="preserve">8) </w:t>
      </w:r>
      <w:r>
        <w:rPr>
          <w:rFonts w:cs="Times New Roman"/>
        </w:rPr>
        <w:t>di impegnarsi a comunicare tempestivamente ogni variazione rilevante e l’eventuale insorgenza di cause di incompatibilità o conflitto di interessi;</w:t>
      </w:r>
    </w:p>
    <w:p w14:paraId="2250BD48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t xml:space="preserve">9) </w:t>
      </w:r>
      <w:r>
        <w:rPr>
          <w:rFonts w:cs="Times New Roman"/>
        </w:rPr>
        <w:t>di essere disponibile a svolgere l’incarico sino al 31 dicembre 2028, con decorrenza dalla data di conferimento, alle condizioni che saranno definite dal Consiglio, incluso il compenso e/o il rimborso spese;</w:t>
      </w:r>
    </w:p>
    <w:p w14:paraId="0E7A42BC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lastRenderedPageBreak/>
        <w:t xml:space="preserve">10) </w:t>
      </w:r>
      <w:r>
        <w:rPr>
          <w:rFonts w:cs="Times New Roman"/>
        </w:rPr>
        <w:t>di accettare che la presentazione della candidatura non attribuisce alcun diritto al conferimento dell’incarico e non dà luogo alla formazione di una graduatoria;</w:t>
      </w:r>
    </w:p>
    <w:p w14:paraId="035ED608" w14:textId="77777777" w:rsidR="003758C5" w:rsidRDefault="00000000">
      <w:pPr>
        <w:spacing w:after="50" w:line="259" w:lineRule="auto"/>
        <w:ind w:left="340" w:hanging="340"/>
      </w:pPr>
      <w:r>
        <w:rPr>
          <w:rFonts w:cs="Times New Roman"/>
          <w:b/>
        </w:rPr>
        <w:t xml:space="preserve">11) </w:t>
      </w:r>
      <w:r>
        <w:rPr>
          <w:rFonts w:cs="Times New Roman"/>
        </w:rPr>
        <w:t>di aver preso visione dell’avviso e dell’informativa sul trattamento dei dati personali resa disponibile dal Consiglio.</w:t>
      </w:r>
    </w:p>
    <w:p w14:paraId="68459911" w14:textId="77777777" w:rsidR="003758C5" w:rsidRDefault="00000000">
      <w:pPr>
        <w:spacing w:before="60" w:after="40" w:line="259" w:lineRule="auto"/>
      </w:pPr>
      <w:r>
        <w:rPr>
          <w:rFonts w:cs="Times New Roman"/>
          <w:b/>
        </w:rPr>
        <w:t>Eventuali situazioni da sottoporre alla valutazione del Consiglio (indicare “nessuna” se non ricorrono):</w:t>
      </w:r>
    </w:p>
    <w:p w14:paraId="510E08CD" w14:textId="77777777" w:rsidR="003758C5" w:rsidRDefault="00000000">
      <w:pPr>
        <w:spacing w:after="20"/>
      </w:pPr>
      <w:r>
        <w:rPr>
          <w:rFonts w:cs="Times New Roman"/>
        </w:rPr>
        <w:t>________________________________________________________________________________</w:t>
      </w:r>
    </w:p>
    <w:p w14:paraId="22748255" w14:textId="77777777" w:rsidR="003758C5" w:rsidRDefault="00000000">
      <w:pPr>
        <w:spacing w:after="20"/>
      </w:pPr>
      <w:r>
        <w:rPr>
          <w:rFonts w:cs="Times New Roman"/>
        </w:rPr>
        <w:t>________________________________________________________________________________</w:t>
      </w:r>
    </w:p>
    <w:p w14:paraId="6AB8B2E5" w14:textId="77777777" w:rsidR="003758C5" w:rsidRDefault="00000000">
      <w:pPr>
        <w:keepNext/>
        <w:pBdr>
          <w:bottom w:val="single" w:sz="8" w:space="2" w:color="7F7F7F"/>
        </w:pBdr>
        <w:spacing w:before="160" w:after="80" w:line="240" w:lineRule="auto"/>
      </w:pPr>
      <w:r>
        <w:rPr>
          <w:rFonts w:cs="Times New Roman"/>
          <w:b/>
          <w:sz w:val="23"/>
        </w:rPr>
        <w:t>4. Titoli specialistici e formazione specifica</w:t>
      </w:r>
    </w:p>
    <w:p w14:paraId="4AB3E7FD" w14:textId="77777777" w:rsidR="003758C5" w:rsidRDefault="00000000">
      <w:pPr>
        <w:spacing w:after="80" w:line="259" w:lineRule="auto"/>
      </w:pPr>
      <w:r>
        <w:rPr>
          <w:rFonts w:cs="Times New Roman"/>
          <w:i/>
          <w:sz w:val="20"/>
        </w:rPr>
        <w:t>Indicare sinteticamente i titoli e le attività formative maggiormente pertinenti. Il dettaglio completo deve risultare dal curriculum vitae allegato.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2835"/>
        <w:gridCol w:w="2409"/>
        <w:gridCol w:w="2409"/>
      </w:tblGrid>
      <w:tr w:rsidR="003758C5" w14:paraId="53570086" w14:textId="77777777">
        <w:trPr>
          <w:cantSplit/>
          <w:tblHeader/>
          <w:jc w:val="center"/>
        </w:trPr>
        <w:tc>
          <w:tcPr>
            <w:tcW w:w="351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2D7A4DB" w14:textId="77777777" w:rsidR="003758C5" w:rsidRDefault="00000000">
            <w:pPr>
              <w:jc w:val="center"/>
            </w:pPr>
            <w:r>
              <w:rPr>
                <w:rFonts w:cs="Times New Roman"/>
                <w:b/>
                <w:sz w:val="19"/>
              </w:rPr>
              <w:t>Titolo / certificazione / corso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DC5E7E" w14:textId="77777777" w:rsidR="003758C5" w:rsidRDefault="00000000">
            <w:pPr>
              <w:jc w:val="center"/>
            </w:pPr>
            <w:r>
              <w:rPr>
                <w:rFonts w:cs="Times New Roman"/>
                <w:b/>
                <w:sz w:val="19"/>
              </w:rPr>
              <w:t>Ente o soggetto erogatore</w:t>
            </w:r>
          </w:p>
        </w:tc>
        <w:tc>
          <w:tcPr>
            <w:tcW w:w="158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21E836" w14:textId="77777777" w:rsidR="003758C5" w:rsidRDefault="00000000">
            <w:pPr>
              <w:jc w:val="center"/>
            </w:pPr>
            <w:r>
              <w:rPr>
                <w:rFonts w:cs="Times New Roman"/>
                <w:b/>
                <w:sz w:val="19"/>
              </w:rPr>
              <w:t>Data o periodo</w:t>
            </w:r>
          </w:p>
        </w:tc>
        <w:tc>
          <w:tcPr>
            <w:tcW w:w="1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D60A53" w14:textId="77777777" w:rsidR="003758C5" w:rsidRDefault="00000000">
            <w:pPr>
              <w:jc w:val="center"/>
            </w:pPr>
            <w:r>
              <w:rPr>
                <w:rFonts w:cs="Times New Roman"/>
                <w:b/>
                <w:sz w:val="19"/>
              </w:rPr>
              <w:t>Ore (se previste)</w:t>
            </w:r>
          </w:p>
        </w:tc>
      </w:tr>
      <w:tr w:rsidR="003758C5" w14:paraId="2F1CD9CD" w14:textId="77777777">
        <w:trPr>
          <w:cantSplit/>
          <w:jc w:val="center"/>
        </w:trPr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BBBF483" w14:textId="77777777" w:rsidR="003758C5" w:rsidRDefault="003758C5">
            <w:pPr>
              <w:spacing w:after="24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4A02BA5" w14:textId="77777777" w:rsidR="003758C5" w:rsidRDefault="003758C5">
            <w:pPr>
              <w:spacing w:after="24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B71B8E" w14:textId="77777777" w:rsidR="003758C5" w:rsidRDefault="003758C5">
            <w:pPr>
              <w:spacing w:after="24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A8DC6A" w14:textId="77777777" w:rsidR="003758C5" w:rsidRDefault="003758C5">
            <w:pPr>
              <w:spacing w:after="240"/>
            </w:pPr>
          </w:p>
        </w:tc>
      </w:tr>
      <w:tr w:rsidR="003758C5" w14:paraId="3C01BD2B" w14:textId="77777777">
        <w:trPr>
          <w:cantSplit/>
          <w:jc w:val="center"/>
        </w:trPr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0DC5ABA" w14:textId="77777777" w:rsidR="003758C5" w:rsidRDefault="003758C5">
            <w:pPr>
              <w:spacing w:after="24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914F77" w14:textId="77777777" w:rsidR="003758C5" w:rsidRDefault="003758C5">
            <w:pPr>
              <w:spacing w:after="24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A23D0F" w14:textId="77777777" w:rsidR="003758C5" w:rsidRDefault="003758C5">
            <w:pPr>
              <w:spacing w:after="24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0D2999" w14:textId="77777777" w:rsidR="003758C5" w:rsidRDefault="003758C5">
            <w:pPr>
              <w:spacing w:after="240"/>
            </w:pPr>
          </w:p>
        </w:tc>
      </w:tr>
      <w:tr w:rsidR="003758C5" w14:paraId="71A871B7" w14:textId="77777777">
        <w:trPr>
          <w:cantSplit/>
          <w:jc w:val="center"/>
        </w:trPr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C2FB81" w14:textId="77777777" w:rsidR="003758C5" w:rsidRDefault="003758C5">
            <w:pPr>
              <w:spacing w:after="24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8375862" w14:textId="77777777" w:rsidR="003758C5" w:rsidRDefault="003758C5">
            <w:pPr>
              <w:spacing w:after="24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E467D3F" w14:textId="77777777" w:rsidR="003758C5" w:rsidRDefault="003758C5">
            <w:pPr>
              <w:spacing w:after="24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3FA4F7" w14:textId="77777777" w:rsidR="003758C5" w:rsidRDefault="003758C5">
            <w:pPr>
              <w:spacing w:after="240"/>
            </w:pPr>
          </w:p>
        </w:tc>
      </w:tr>
    </w:tbl>
    <w:p w14:paraId="661F7F73" w14:textId="77777777" w:rsidR="003758C5" w:rsidRDefault="00000000">
      <w:pPr>
        <w:keepNext/>
        <w:pBdr>
          <w:bottom w:val="single" w:sz="8" w:space="2" w:color="7F7F7F"/>
        </w:pBdr>
        <w:spacing w:before="160" w:after="80" w:line="240" w:lineRule="auto"/>
      </w:pPr>
      <w:r>
        <w:rPr>
          <w:rFonts w:cs="Times New Roman"/>
          <w:b/>
          <w:sz w:val="23"/>
        </w:rPr>
        <w:t>5. Esperienze professionali pertinenti</w:t>
      </w:r>
    </w:p>
    <w:p w14:paraId="61695649" w14:textId="77777777" w:rsidR="003758C5" w:rsidRDefault="00000000">
      <w:pPr>
        <w:spacing w:after="80" w:line="259" w:lineRule="auto"/>
      </w:pPr>
      <w:r>
        <w:rPr>
          <w:rFonts w:cs="Times New Roman"/>
          <w:i/>
          <w:sz w:val="20"/>
        </w:rPr>
        <w:t>Indicare le esperienze più significative in materia di antiriciclaggio, compliance, controlli interni, organizzazione professionale o attività affini.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409"/>
        <w:gridCol w:w="2409"/>
        <w:gridCol w:w="2891"/>
      </w:tblGrid>
      <w:tr w:rsidR="003758C5" w14:paraId="68ECE63A" w14:textId="77777777">
        <w:trPr>
          <w:cantSplit/>
          <w:tblHeader/>
          <w:jc w:val="center"/>
        </w:trPr>
        <w:tc>
          <w:tcPr>
            <w:tcW w:w="26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12023DC" w14:textId="77777777" w:rsidR="003758C5" w:rsidRDefault="00000000">
            <w:pPr>
              <w:jc w:val="center"/>
            </w:pPr>
            <w:r>
              <w:rPr>
                <w:rFonts w:cs="Times New Roman"/>
                <w:b/>
                <w:sz w:val="19"/>
              </w:rPr>
              <w:t>Ente / studio / organizzazione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0C73A1" w14:textId="77777777" w:rsidR="003758C5" w:rsidRDefault="00000000">
            <w:pPr>
              <w:jc w:val="center"/>
            </w:pPr>
            <w:r>
              <w:rPr>
                <w:rFonts w:cs="Times New Roman"/>
                <w:b/>
                <w:sz w:val="19"/>
              </w:rPr>
              <w:t>Ruolo o incarico</w:t>
            </w:r>
          </w:p>
        </w:tc>
        <w:tc>
          <w:tcPr>
            <w:tcW w:w="14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BCD6FC" w14:textId="77777777" w:rsidR="003758C5" w:rsidRDefault="00000000">
            <w:pPr>
              <w:jc w:val="center"/>
            </w:pPr>
            <w:r>
              <w:rPr>
                <w:rFonts w:cs="Times New Roman"/>
                <w:b/>
                <w:sz w:val="19"/>
              </w:rPr>
              <w:t>Periodo</w:t>
            </w:r>
          </w:p>
        </w:tc>
        <w:tc>
          <w:tcPr>
            <w:tcW w:w="28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0903FCF" w14:textId="77777777" w:rsidR="003758C5" w:rsidRDefault="00000000">
            <w:pPr>
              <w:jc w:val="center"/>
            </w:pPr>
            <w:r>
              <w:rPr>
                <w:rFonts w:cs="Times New Roman"/>
                <w:b/>
                <w:sz w:val="19"/>
              </w:rPr>
              <w:t>Principali attività svolte</w:t>
            </w:r>
          </w:p>
        </w:tc>
      </w:tr>
      <w:tr w:rsidR="003758C5" w14:paraId="7208DACF" w14:textId="77777777">
        <w:trPr>
          <w:cantSplit/>
          <w:jc w:val="center"/>
        </w:trPr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492CFD" w14:textId="77777777" w:rsidR="003758C5" w:rsidRDefault="003758C5">
            <w:pPr>
              <w:spacing w:after="28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4FD1A9" w14:textId="77777777" w:rsidR="003758C5" w:rsidRDefault="003758C5">
            <w:pPr>
              <w:spacing w:after="28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62AFB83" w14:textId="77777777" w:rsidR="003758C5" w:rsidRDefault="003758C5">
            <w:pPr>
              <w:spacing w:after="28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FFB67E" w14:textId="77777777" w:rsidR="003758C5" w:rsidRDefault="003758C5">
            <w:pPr>
              <w:spacing w:after="280"/>
            </w:pPr>
          </w:p>
        </w:tc>
      </w:tr>
      <w:tr w:rsidR="003758C5" w14:paraId="420F8643" w14:textId="77777777">
        <w:trPr>
          <w:cantSplit/>
          <w:jc w:val="center"/>
        </w:trPr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BF2BA3" w14:textId="77777777" w:rsidR="003758C5" w:rsidRDefault="003758C5">
            <w:pPr>
              <w:spacing w:after="28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8F9F08B" w14:textId="77777777" w:rsidR="003758C5" w:rsidRDefault="003758C5">
            <w:pPr>
              <w:spacing w:after="28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8DE6A6" w14:textId="77777777" w:rsidR="003758C5" w:rsidRDefault="003758C5">
            <w:pPr>
              <w:spacing w:after="28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D66C8F" w14:textId="77777777" w:rsidR="003758C5" w:rsidRDefault="003758C5">
            <w:pPr>
              <w:spacing w:after="280"/>
            </w:pPr>
          </w:p>
        </w:tc>
      </w:tr>
      <w:tr w:rsidR="003758C5" w14:paraId="1CFBEEED" w14:textId="77777777">
        <w:trPr>
          <w:cantSplit/>
          <w:jc w:val="center"/>
        </w:trPr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9E89C9" w14:textId="77777777" w:rsidR="003758C5" w:rsidRDefault="003758C5">
            <w:pPr>
              <w:spacing w:after="28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18CEDF" w14:textId="77777777" w:rsidR="003758C5" w:rsidRDefault="003758C5">
            <w:pPr>
              <w:spacing w:after="28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3C4F53D" w14:textId="77777777" w:rsidR="003758C5" w:rsidRDefault="003758C5">
            <w:pPr>
              <w:spacing w:after="280"/>
            </w:pPr>
          </w:p>
        </w:tc>
        <w:tc>
          <w:tcPr>
            <w:tcW w:w="2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00EFC9" w14:textId="77777777" w:rsidR="003758C5" w:rsidRDefault="003758C5">
            <w:pPr>
              <w:spacing w:after="280"/>
            </w:pPr>
          </w:p>
        </w:tc>
      </w:tr>
    </w:tbl>
    <w:p w14:paraId="0809CC26" w14:textId="77777777" w:rsidR="003758C5" w:rsidRDefault="00000000">
      <w:pPr>
        <w:keepNext/>
        <w:pBdr>
          <w:bottom w:val="single" w:sz="8" w:space="2" w:color="7F7F7F"/>
        </w:pBdr>
        <w:spacing w:before="160" w:after="80" w:line="240" w:lineRule="auto"/>
      </w:pPr>
      <w:r>
        <w:rPr>
          <w:rFonts w:cs="Times New Roman"/>
          <w:b/>
          <w:sz w:val="23"/>
        </w:rPr>
        <w:t>6. Documentazione allegata</w:t>
      </w:r>
    </w:p>
    <w:p w14:paraId="7AE97D4E" w14:textId="77777777" w:rsidR="003758C5" w:rsidRDefault="00000000">
      <w:pPr>
        <w:spacing w:after="40" w:line="259" w:lineRule="auto"/>
        <w:ind w:left="255" w:hanging="255"/>
      </w:pPr>
      <w:r>
        <w:rPr>
          <w:rFonts w:cs="Times New Roman"/>
          <w:b/>
        </w:rPr>
        <w:t xml:space="preserve">[ ] </w:t>
      </w:r>
      <w:r>
        <w:rPr>
          <w:rFonts w:cs="Times New Roman"/>
        </w:rPr>
        <w:t>curriculum vitae aggiornato, datato e sottoscritto, con evidenza delle esperienze pertinenti;</w:t>
      </w:r>
    </w:p>
    <w:p w14:paraId="6A791FAE" w14:textId="77777777" w:rsidR="003758C5" w:rsidRDefault="00000000">
      <w:pPr>
        <w:spacing w:after="40" w:line="259" w:lineRule="auto"/>
        <w:ind w:left="255" w:hanging="255"/>
      </w:pPr>
      <w:r>
        <w:rPr>
          <w:rFonts w:cs="Times New Roman"/>
          <w:b/>
        </w:rPr>
        <w:t xml:space="preserve">[ ] </w:t>
      </w:r>
      <w:r>
        <w:rPr>
          <w:rFonts w:cs="Times New Roman"/>
        </w:rPr>
        <w:t>copia di un documento di identità in corso di validità, ove necessaria;</w:t>
      </w:r>
    </w:p>
    <w:p w14:paraId="43C14A46" w14:textId="77777777" w:rsidR="003758C5" w:rsidRDefault="00000000">
      <w:pPr>
        <w:spacing w:after="40" w:line="259" w:lineRule="auto"/>
        <w:ind w:left="255" w:hanging="255"/>
      </w:pPr>
      <w:r>
        <w:rPr>
          <w:rFonts w:cs="Times New Roman"/>
          <w:b/>
        </w:rPr>
        <w:t xml:space="preserve">[ ] </w:t>
      </w:r>
      <w:r>
        <w:rPr>
          <w:rFonts w:cs="Times New Roman"/>
        </w:rPr>
        <w:t>documentazione comprovante titoli specialistici e formazione specifica (facoltativa, se già indicata nel curriculum vitae);</w:t>
      </w:r>
    </w:p>
    <w:p w14:paraId="694B4721" w14:textId="77777777" w:rsidR="003758C5" w:rsidRDefault="00000000">
      <w:pPr>
        <w:spacing w:after="40" w:line="259" w:lineRule="auto"/>
        <w:ind w:left="255" w:hanging="255"/>
      </w:pPr>
      <w:r>
        <w:rPr>
          <w:rFonts w:cs="Times New Roman"/>
          <w:b/>
        </w:rPr>
        <w:t xml:space="preserve">[ ] </w:t>
      </w:r>
      <w:r>
        <w:rPr>
          <w:rFonts w:cs="Times New Roman"/>
        </w:rPr>
        <w:t>altra documentazione: ________________________________________________________________.</w:t>
      </w:r>
    </w:p>
    <w:p w14:paraId="07F4A5D1" w14:textId="77777777" w:rsidR="003758C5" w:rsidRDefault="00000000">
      <w:pPr>
        <w:keepNext/>
        <w:pBdr>
          <w:bottom w:val="single" w:sz="8" w:space="2" w:color="7F7F7F"/>
        </w:pBdr>
        <w:spacing w:before="160" w:after="80" w:line="240" w:lineRule="auto"/>
      </w:pPr>
      <w:r>
        <w:rPr>
          <w:rFonts w:cs="Times New Roman"/>
          <w:b/>
          <w:sz w:val="23"/>
        </w:rPr>
        <w:t>7. Sottoscrizione</w:t>
      </w:r>
    </w:p>
    <w:p w14:paraId="4F89FAD2" w14:textId="77777777" w:rsidR="003758C5" w:rsidRDefault="00000000">
      <w:pPr>
        <w:spacing w:after="140" w:line="259" w:lineRule="auto"/>
      </w:pPr>
      <w:r>
        <w:rPr>
          <w:rFonts w:cs="Times New Roman"/>
        </w:rPr>
        <w:t>Il/La sottoscritto/a chiede che ogni comunicazione relativa alla procedura sia trasmessa all’indirizzo PEC indicato nella presente domanda.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3758C5" w14:paraId="59DAFF93" w14:textId="77777777">
        <w:trPr>
          <w:cantSplit/>
          <w:jc w:val="center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83775" w14:textId="77777777" w:rsidR="003758C5" w:rsidRDefault="00000000">
            <w:r>
              <w:rPr>
                <w:rFonts w:cs="Times New Roman"/>
                <w:b/>
              </w:rPr>
              <w:t>Luogo e data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4764B" w14:textId="77777777" w:rsidR="003758C5" w:rsidRDefault="00000000">
            <w:pPr>
              <w:jc w:val="center"/>
            </w:pPr>
            <w:r>
              <w:rPr>
                <w:rFonts w:cs="Times New Roman"/>
                <w:b/>
              </w:rPr>
              <w:t>Firma</w:t>
            </w:r>
          </w:p>
        </w:tc>
      </w:tr>
      <w:tr w:rsidR="003758C5" w14:paraId="7DCB116A" w14:textId="77777777">
        <w:trPr>
          <w:cantSplit/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B8C8F" w14:textId="77777777" w:rsidR="003758C5" w:rsidRDefault="00000000">
            <w:r>
              <w:rPr>
                <w:rFonts w:cs="Times New Roman"/>
              </w:rPr>
              <w:t>________________________________________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C21D8" w14:textId="77777777" w:rsidR="003758C5" w:rsidRDefault="00000000">
            <w:pPr>
              <w:jc w:val="center"/>
            </w:pPr>
            <w:r>
              <w:rPr>
                <w:rFonts w:cs="Times New Roman"/>
              </w:rPr>
              <w:t>________________________________________</w:t>
            </w:r>
          </w:p>
        </w:tc>
      </w:tr>
    </w:tbl>
    <w:p w14:paraId="72680751" w14:textId="77777777" w:rsidR="003758C5" w:rsidRDefault="00000000">
      <w:pPr>
        <w:spacing w:before="160" w:line="240" w:lineRule="auto"/>
      </w:pPr>
      <w:r>
        <w:rPr>
          <w:rFonts w:cs="Times New Roman"/>
          <w:b/>
          <w:sz w:val="19"/>
        </w:rPr>
        <w:t xml:space="preserve">Modalità di presentazione: </w:t>
      </w:r>
      <w:r>
        <w:rPr>
          <w:rFonts w:cs="Times New Roman"/>
          <w:sz w:val="19"/>
        </w:rPr>
        <w:t>la domanda, sottoscritta e corredata degli allegati, deve pervenire entro il 15 settembre 2026, ore 12:00, tramite PEC all’indirizzo info@avvocaticatanzaro.legalmail.it, indicando nell’oggetto “Manifestazione di interesse – Responsabile antiriciclaggio ODM”.</w:t>
      </w:r>
    </w:p>
    <w:sectPr w:rsidR="003758C5" w:rsidSect="00034616">
      <w:headerReference w:type="default" r:id="rId8"/>
      <w:footerReference w:type="default" r:id="rId9"/>
      <w:pgSz w:w="11906" w:h="16838"/>
      <w:pgMar w:top="964" w:right="1134" w:bottom="907" w:left="1134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7E2B4" w14:textId="77777777" w:rsidR="00A42F24" w:rsidRDefault="00A42F24">
      <w:pPr>
        <w:spacing w:line="240" w:lineRule="auto"/>
      </w:pPr>
      <w:r>
        <w:separator/>
      </w:r>
    </w:p>
  </w:endnote>
  <w:endnote w:type="continuationSeparator" w:id="0">
    <w:p w14:paraId="2ECB077B" w14:textId="77777777" w:rsidR="00A42F24" w:rsidRDefault="00A42F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F596E" w14:textId="77777777" w:rsidR="003758C5" w:rsidRDefault="00000000">
    <w:pPr>
      <w:pStyle w:val="Pidipagina"/>
      <w:jc w:val="center"/>
    </w:pPr>
    <w:r>
      <w:rPr>
        <w:rFonts w:cs="Times New Roman"/>
        <w:color w:val="5A5A5A"/>
        <w:sz w:val="18"/>
      </w:rPr>
      <w:t xml:space="preserve">Pag. </w:t>
    </w:r>
    <w:r>
      <w:rPr>
        <w:rFonts w:cs="Times New Roman"/>
        <w:color w:val="5A5A5A"/>
        <w:sz w:val="18"/>
      </w:rPr>
      <w:fldChar w:fldCharType="begin"/>
    </w:r>
    <w:r>
      <w:rPr>
        <w:rFonts w:cs="Times New Roman"/>
        <w:color w:val="5A5A5A"/>
        <w:sz w:val="18"/>
      </w:rPr>
      <w:instrText xml:space="preserve"> PAGE </w:instrText>
    </w:r>
    <w:r w:rsidR="00794E19">
      <w:rPr>
        <w:rFonts w:cs="Times New Roman"/>
        <w:color w:val="5A5A5A"/>
        <w:sz w:val="18"/>
      </w:rPr>
      <w:fldChar w:fldCharType="separate"/>
    </w:r>
    <w:r w:rsidR="00794E19">
      <w:rPr>
        <w:rFonts w:cs="Times New Roman"/>
        <w:noProof/>
        <w:color w:val="5A5A5A"/>
        <w:sz w:val="18"/>
      </w:rPr>
      <w:t>1</w:t>
    </w:r>
    <w:r>
      <w:rPr>
        <w:rFonts w:cs="Times New Roman"/>
        <w:color w:val="5A5A5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1F8B3" w14:textId="77777777" w:rsidR="00A42F24" w:rsidRDefault="00A42F24">
      <w:pPr>
        <w:spacing w:line="240" w:lineRule="auto"/>
      </w:pPr>
      <w:r>
        <w:separator/>
      </w:r>
    </w:p>
  </w:footnote>
  <w:footnote w:type="continuationSeparator" w:id="0">
    <w:p w14:paraId="64EEF550" w14:textId="77777777" w:rsidR="00A42F24" w:rsidRDefault="00A42F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99047" w14:textId="77777777" w:rsidR="003758C5" w:rsidRDefault="00000000">
    <w:pPr>
      <w:pStyle w:val="Intestazione"/>
      <w:pBdr>
        <w:bottom w:val="single" w:sz="4" w:space="4" w:color="B7B7B7"/>
      </w:pBdr>
      <w:jc w:val="center"/>
    </w:pPr>
    <w:r>
      <w:rPr>
        <w:rFonts w:cs="Times New Roman"/>
        <w:b/>
        <w:sz w:val="19"/>
      </w:rPr>
      <w:t>CONSIGLIO DELL’ORDINE DISTRETTUALE DEGLI AVVOCATI DI CATANZARO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4757345">
    <w:abstractNumId w:val="8"/>
  </w:num>
  <w:num w:numId="2" w16cid:durableId="440802825">
    <w:abstractNumId w:val="6"/>
  </w:num>
  <w:num w:numId="3" w16cid:durableId="1688019951">
    <w:abstractNumId w:val="5"/>
  </w:num>
  <w:num w:numId="4" w16cid:durableId="568420392">
    <w:abstractNumId w:val="4"/>
  </w:num>
  <w:num w:numId="5" w16cid:durableId="1377051166">
    <w:abstractNumId w:val="7"/>
  </w:num>
  <w:num w:numId="6" w16cid:durableId="321280851">
    <w:abstractNumId w:val="3"/>
  </w:num>
  <w:num w:numId="7" w16cid:durableId="622927419">
    <w:abstractNumId w:val="2"/>
  </w:num>
  <w:num w:numId="8" w16cid:durableId="350423024">
    <w:abstractNumId w:val="1"/>
  </w:num>
  <w:num w:numId="9" w16cid:durableId="122206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58C5"/>
    <w:rsid w:val="00663CE0"/>
    <w:rsid w:val="00794E19"/>
    <w:rsid w:val="00A42F2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1FFC00"/>
  <w14:defaultImageDpi w14:val="300"/>
  <w15:docId w15:val="{166EF21A-9E9C-4989-9952-1001EAD6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 w:line="252" w:lineRule="auto"/>
    </w:pPr>
    <w:rPr>
      <w:rFonts w:ascii="Times New Roman" w:hAnsi="Times New Roman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4255</Characters>
  <Application>Microsoft Office Word</Application>
  <DocSecurity>0</DocSecurity>
  <Lines>63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Modello di domanda per Responsabile antiriciclaggio ODM</dc:title>
  <dc:subject>Manifestazione di interesse del COA di Catanzaro</dc:subject>
  <dc:creator>Consiglio dell’Ordine Distrettuale degli Avvocati di Catanzaro</dc:creator>
  <cp:keywords>manifestazione di interesse; antiriciclaggio; ODM; modello domanda</cp:keywords>
  <dc:description>generated by python-docx</dc:description>
  <cp:lastModifiedBy>Vincenza Matacera</cp:lastModifiedBy>
  <cp:revision>2</cp:revision>
  <dcterms:created xsi:type="dcterms:W3CDTF">2026-07-24T09:08:00Z</dcterms:created>
  <dcterms:modified xsi:type="dcterms:W3CDTF">2026-07-24T09:08:00Z</dcterms:modified>
  <cp:category/>
</cp:coreProperties>
</file>